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경 력 증 명 서</w:t>
      </w:r>
    </w:p>
    <w:p>
      <w:pPr>
        <w:spacing w:before="160" w:after="40"/>
      </w:pPr>
      <w:r>
        <w:rPr>
          <w:b/>
        </w:rPr>
        <w:t>인적 사항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7654"/>
      </w:tblGrid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성명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생년월일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주소</w:t>
            </w:r>
          </w:p>
        </w:tc>
        <w:tc>
          <w:tcPr>
            <w:tcW w:type="dxa" w:w="7654"/>
          </w:tcPr>
          <w:p/>
        </w:tc>
      </w:tr>
    </w:tbl>
    <w:p>
      <w:pPr>
        <w:spacing w:before="160" w:after="40"/>
      </w:pPr>
      <w:r>
        <w:rPr>
          <w:b/>
        </w:rPr>
        <w:t>경력 사항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근무 기간</w:t>
            </w:r>
          </w:p>
        </w:tc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소속</w:t>
            </w:r>
          </w:p>
        </w:tc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직위</w:t>
            </w:r>
          </w:p>
        </w:tc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담당 업무</w:t>
            </w:r>
          </w:p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7654"/>
      </w:tblGrid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용도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제출처</w:t>
            </w:r>
          </w:p>
        </w:tc>
        <w:tc>
          <w:tcPr>
            <w:tcW w:type="dxa" w:w="7654"/>
          </w:tcPr>
          <w:p/>
        </w:tc>
      </w:tr>
    </w:tbl>
    <w:p>
      <w:pPr>
        <w:spacing w:before="160"/>
      </w:pPr>
      <w:r>
        <w:t>위 사람의 경력이 위와 같음을 증명합니다.</w:t>
      </w:r>
    </w:p>
    <w:p>
      <w:pPr>
        <w:jc w:val="right"/>
      </w:pPr>
      <w:r>
        <w:t>20    년     월     일</w:t>
      </w:r>
    </w:p>
    <w:p>
      <w:pPr>
        <w:jc w:val="right"/>
      </w:pPr>
      <w:r>
        <w:rPr>
          <w:b/>
        </w:rPr>
        <w:t xml:space="preserve">회사명   </w:t>
      </w:r>
      <w:r>
        <w:t xml:space="preserve">                    </w:t>
      </w:r>
    </w:p>
    <w:p>
      <w:pPr>
        <w:jc w:val="right"/>
      </w:pPr>
      <w:r>
        <w:rPr>
          <w:b/>
        </w:rPr>
        <w:t xml:space="preserve">주소   </w:t>
      </w:r>
      <w:r>
        <w:t xml:space="preserve">                    </w:t>
      </w:r>
    </w:p>
    <w:p>
      <w:pPr>
        <w:jc w:val="right"/>
      </w:pPr>
      <w:r>
        <w:rPr>
          <w:b/>
        </w:rPr>
        <w:t xml:space="preserve">대표자   </w:t>
      </w:r>
      <w:r>
        <w:t>(인)</w:t>
      </w:r>
    </w:p>
    <w:p>
      <w:pPr>
        <w:spacing w:before="160"/>
      </w:pPr>
      <w:r>
        <w:rPr>
          <w:color w:val="555555"/>
          <w:sz w:val="18"/>
        </w:rPr>
        <w:t>근로자가 요구한 사항만 적는다(근로기준법 시행령 제19조). 임금·퇴직 사유 등은 요구가 있을 때만 적는다.</w:t>
      </w:r>
    </w:p>
    <w:sectPr w:rsidR="00FC693F" w:rsidRPr="0006063C" w:rsidSect="00034616"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