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근 로 계 약 서 (기간의 정함이 없는 경우)</w:t>
      </w:r>
    </w:p>
    <w:p>
      <w:pPr>
        <w:spacing w:before="160"/>
      </w:pPr>
      <w:r>
        <w:t>사업주(이하 "갑")와 근로자(이하 "을")는 다음과 같이 근로계약을 맺는다.</w:t>
      </w:r>
    </w:p>
    <w:p>
      <w:pPr>
        <w:spacing w:after="80"/>
      </w:pPr>
      <w:r>
        <w:rPr>
          <w:b/>
        </w:rPr>
        <w:t xml:space="preserve">1. 계약 기간: </w:t>
      </w:r>
      <w:r>
        <w:t>근로 개시일: 20  년  월  일부터 (기간의 정함이 없음)</w:t>
      </w:r>
    </w:p>
    <w:p>
      <w:pPr>
        <w:spacing w:after="80"/>
      </w:pPr>
      <w:r>
        <w:rPr>
          <w:b/>
        </w:rPr>
        <w:t xml:space="preserve">2. 근무 장소: </w:t>
      </w:r>
      <w:r>
        <w:t>________________________</w:t>
      </w:r>
    </w:p>
    <w:p>
      <w:pPr>
        <w:spacing w:after="80"/>
      </w:pPr>
      <w:r>
        <w:rPr>
          <w:b/>
        </w:rPr>
        <w:t xml:space="preserve">3. 업무 내용: </w:t>
      </w:r>
      <w:r>
        <w:t>________________________</w:t>
      </w:r>
    </w:p>
    <w:p>
      <w:pPr>
        <w:spacing w:after="80"/>
      </w:pPr>
      <w:r>
        <w:rPr>
          <w:b/>
        </w:rPr>
        <w:t xml:space="preserve">4. 근로시간: </w:t>
      </w:r>
      <w:r>
        <w:t>소정근로시간: ____시 ____분부터 ____시 ____분까지</w:t>
      </w:r>
    </w:p>
    <w:p>
      <w:pPr>
        <w:spacing w:after="80"/>
      </w:pPr>
      <w:r>
        <w:rPr>
          <w:b/>
        </w:rPr>
        <w:t xml:space="preserve">5. 휴게시간: </w:t>
      </w:r>
      <w:r>
        <w:t>____시 ____분부터 ____시 ____분까지</w:t>
      </w:r>
    </w:p>
    <w:p>
      <w:pPr>
        <w:spacing w:after="80"/>
      </w:pPr>
      <w:r>
        <w:rPr>
          <w:b/>
        </w:rPr>
        <w:t xml:space="preserve">6. 근무일과 휴일: </w:t>
      </w:r>
      <w:r>
        <w:t>매주 ____일(또는 매일 단위) 근무, 주휴일 매주 ____요일</w:t>
      </w:r>
    </w:p>
    <w:p>
      <w:pPr>
        <w:spacing w:after="80"/>
      </w:pPr>
      <w:r>
        <w:rPr>
          <w:b/>
        </w:rPr>
        <w:t xml:space="preserve">7. 임금: </w:t>
      </w:r>
      <w:r>
        <w:t>월(일, 시간)급 ________원</w:t>
      </w:r>
    </w:p>
    <w:p>
      <w:pPr>
        <w:spacing w:after="80"/>
      </w:pPr>
      <w:r>
        <w:rPr>
          <w:b/>
        </w:rPr>
        <w:t xml:space="preserve">8. 상여금: </w:t>
      </w:r>
      <w:r>
        <w:t>있음(________원) / 없음</w:t>
      </w:r>
    </w:p>
    <w:p>
      <w:pPr>
        <w:spacing w:after="80"/>
      </w:pPr>
      <w:r>
        <w:rPr>
          <w:b/>
        </w:rPr>
        <w:t xml:space="preserve">9. 그 밖의 수당: </w:t>
      </w:r>
      <w:r>
        <w:t>있음 / 없음 — 수당 이름과 금액: ________________</w:t>
      </w:r>
    </w:p>
    <w:p>
      <w:pPr>
        <w:spacing w:after="80"/>
      </w:pPr>
      <w:r>
        <w:rPr>
          <w:b/>
        </w:rPr>
        <w:t xml:space="preserve">10. 지급일과 방법: </w:t>
      </w:r>
      <w:r>
        <w:t>매월(매주, 매일) ____일 지급, 근로자 명의 계좌 입금 / 직접 지급</w:t>
      </w:r>
    </w:p>
    <w:p>
      <w:pPr>
        <w:spacing w:after="80"/>
      </w:pPr>
      <w:r>
        <w:rPr>
          <w:b/>
        </w:rPr>
        <w:t xml:space="preserve">11. 연차 유급휴가: </w:t>
      </w:r>
      <w:r>
        <w:t>근로기준법에서 정하는 바에 따라 준다</w:t>
      </w:r>
    </w:p>
    <w:p>
      <w:pPr>
        <w:spacing w:after="80"/>
      </w:pPr>
      <w:r>
        <w:rPr>
          <w:b/>
        </w:rPr>
        <w:t xml:space="preserve">12. 사회보험: </w:t>
      </w:r>
      <w:r>
        <w:t>고용보험 · 산재보험 · 국민연금 · 건강보험 (해당하는 것에 표시)</w:t>
      </w:r>
    </w:p>
    <w:p>
      <w:pPr>
        <w:spacing w:after="80"/>
      </w:pPr>
      <w:r>
        <w:rPr>
          <w:b/>
        </w:rPr>
        <w:t xml:space="preserve">13. 계약서 교부: </w:t>
      </w:r>
      <w:r>
        <w:t>사업주는 이 계약을 맺으면서 계약서를 사본으로 만들어 근로자에게 준다(근로자가 요구하지 않아도 준다)</w:t>
      </w:r>
    </w:p>
    <w:p>
      <w:pPr>
        <w:spacing w:after="80"/>
      </w:pPr>
      <w:r>
        <w:rPr>
          <w:b/>
        </w:rPr>
        <w:t xml:space="preserve">14. 그 밖의 사항: </w:t>
      </w:r>
      <w:r>
        <w:t>이 계약에 없는 사항은 근로기준법 등 노동 관계 법령에 따른다</w:t>
      </w:r>
    </w:p>
    <w:p>
      <w:pPr>
        <w:jc w:val="right"/>
      </w:pPr>
      <w:r>
        <w:t>20    년     월     일</w:t>
      </w:r>
    </w:p>
    <w:p>
      <w:pPr>
        <w:spacing w:before="160" w:after="40"/>
      </w:pPr>
      <w:r>
        <w:rPr>
          <w:b/>
        </w:rPr>
        <w:t>사업주(갑)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사업체명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대표자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전화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서명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근로자(을)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연락처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서명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