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재 직 증 명 서</w:t>
      </w:r>
    </w:p>
    <w:p>
      <w:pPr>
        <w:spacing w:before="160" w:after="40"/>
      </w:pPr>
      <w:r>
        <w:rPr>
          <w:b/>
        </w:rPr>
        <w:t>인적 사항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7654"/>
      </w:tblGrid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성명</w:t>
            </w:r>
          </w:p>
        </w:tc>
        <w:tc>
          <w:tcPr>
            <w:tcW w:type="dxa" w:w="7654"/>
          </w:tcPr>
          <w:p/>
        </w:tc>
      </w:tr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생년월일</w:t>
            </w:r>
          </w:p>
        </w:tc>
        <w:tc>
          <w:tcPr>
            <w:tcW w:type="dxa" w:w="7654"/>
          </w:tcPr>
          <w:p/>
        </w:tc>
      </w:tr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주소</w:t>
            </w:r>
          </w:p>
        </w:tc>
        <w:tc>
          <w:tcPr>
            <w:tcW w:type="dxa" w:w="7654"/>
          </w:tcPr>
          <w:p/>
        </w:tc>
      </w:tr>
    </w:tbl>
    <w:p>
      <w:pPr>
        <w:spacing w:before="160" w:after="40"/>
      </w:pPr>
      <w:r>
        <w:rPr>
          <w:b/>
        </w:rPr>
        <w:t>재직 사항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</w:tblGrid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회사명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사업자등록번호</w:t>
            </w:r>
          </w:p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소속 부서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직위</w:t>
            </w:r>
          </w:p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재직 기간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담당 업무</w:t>
            </w:r>
          </w:p>
        </w:tc>
        <w:tc>
          <w:tcPr>
            <w:tcW w:type="dxa" w:w="3402"/>
          </w:tcPr>
          <w:p/>
        </w:tc>
      </w:tr>
    </w:tbl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7654"/>
      </w:tblGrid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용도</w:t>
            </w:r>
          </w:p>
        </w:tc>
        <w:tc>
          <w:tcPr>
            <w:tcW w:type="dxa" w:w="7654"/>
          </w:tcPr>
          <w:p/>
        </w:tc>
      </w:tr>
      <w:tr>
        <w:trPr>
          <w:trHeight w:val="453" w:hRule="atLeast"/>
        </w:trP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제출처</w:t>
            </w:r>
          </w:p>
        </w:tc>
        <w:tc>
          <w:tcPr>
            <w:tcW w:type="dxa" w:w="7654"/>
          </w:tcPr>
          <w:p/>
        </w:tc>
      </w:tr>
    </w:tbl>
    <w:p>
      <w:pPr>
        <w:spacing w:before="160"/>
      </w:pPr>
      <w:r>
        <w:t>위 사람은 현재 당사에 재직하고 있음을 증명합니다.</w:t>
      </w:r>
    </w:p>
    <w:p>
      <w:pPr>
        <w:jc w:val="right"/>
      </w:pPr>
      <w:r>
        <w:t>20    년     월     일</w:t>
      </w:r>
    </w:p>
    <w:p>
      <w:pPr>
        <w:jc w:val="right"/>
      </w:pPr>
      <w:r>
        <w:rPr>
          <w:b/>
        </w:rPr>
        <w:t xml:space="preserve">회사명   </w:t>
      </w:r>
      <w:r>
        <w:t xml:space="preserve">                    </w:t>
      </w:r>
    </w:p>
    <w:p>
      <w:pPr>
        <w:jc w:val="right"/>
      </w:pPr>
      <w:r>
        <w:rPr>
          <w:b/>
        </w:rPr>
        <w:t xml:space="preserve">주소   </w:t>
      </w:r>
      <w:r>
        <w:t xml:space="preserve">                    </w:t>
      </w:r>
    </w:p>
    <w:p>
      <w:pPr>
        <w:jc w:val="right"/>
      </w:pPr>
      <w:r>
        <w:rPr>
          <w:b/>
        </w:rPr>
        <w:t xml:space="preserve">대표자   </w:t>
      </w:r>
      <w:r>
        <w:t>(인)</w:t>
      </w:r>
    </w:p>
    <w:sectPr w:rsidR="00FC693F" w:rsidRPr="0006063C" w:rsidSect="00034616">
      <w:pgSz w:w="11906" w:h="16838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