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RESUME</w:t>
      </w:r>
    </w:p>
    <w:p>
      <w:pPr>
        <w:spacing w:before="160" w:after="40"/>
      </w:pPr>
      <w:r>
        <w:rPr>
          <w:b/>
        </w:rPr>
        <w:t>Contact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7654"/>
      </w:tblGrid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Name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Phone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Email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Address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LinkedIn / Portfolio</w:t>
            </w:r>
          </w:p>
        </w:tc>
        <w:tc>
          <w:tcPr>
            <w:tcW w:type="dxa" w:w="7654"/>
          </w:tcPr>
          <w:p/>
        </w:tc>
      </w:tr>
    </w:tbl>
    <w:p>
      <w:pPr>
        <w:spacing w:before="160" w:after="40"/>
      </w:pPr>
      <w:r>
        <w:rPr>
          <w:b/>
        </w:rPr>
        <w:t>Summary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1190" w:hRule="atLeast"/>
        </w:trPr>
        <w:tc>
          <w:tcPr>
            <w:tcW w:type="dxa" w:w="10205"/>
          </w:tcPr>
          <w:p>
            <w:r>
              <w:rPr>
                <w:color w:val="777777"/>
                <w:sz w:val="18"/>
              </w:rPr>
              <w:t>2-3 sentences: your role, years of experience, key strengths.</w:t>
            </w:r>
          </w:p>
        </w:tc>
      </w:tr>
    </w:tbl>
    <w:p>
      <w:pPr>
        <w:spacing w:before="160" w:after="40"/>
      </w:pPr>
      <w:r>
        <w:rPr>
          <w:b/>
        </w:rPr>
        <w:t>Experience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Dates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Company / Position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Achievements (start with a verb, add numbers)</w:t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before="160" w:after="40"/>
      </w:pPr>
      <w:r>
        <w:rPr>
          <w:b/>
        </w:rPr>
        <w:t>Education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Dates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School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Degree / Major</w:t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before="160" w:after="40"/>
      </w:pPr>
      <w:r>
        <w:rPr>
          <w:b/>
        </w:rPr>
        <w:t>Skills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7654"/>
      </w:tblGrid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Technical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Languages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Certifications</w:t>
            </w:r>
          </w:p>
        </w:tc>
        <w:tc>
          <w:tcPr>
            <w:tcW w:type="dxa" w:w="7654"/>
          </w:tcPr>
          <w:p/>
        </w:tc>
      </w:tr>
    </w:tbl>
    <w:sectPr w:rsidR="00FC693F" w:rsidRPr="0006063C" w:rsidSect="00034616"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