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아르바이트 이력서</w:t>
      </w:r>
    </w:p>
    <w:p>
      <w:pPr>
        <w:spacing w:before="160" w:after="40"/>
      </w:pPr>
      <w:r>
        <w:rPr>
          <w:b/>
        </w:rPr>
        <w:t>인적 사항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2154"/>
        <w:gridCol w:w="6237"/>
        <w:gridCol w:w="1814"/>
      </w:tblGrid>
      <w:tr>
        <w:trPr>
          <w:trHeight w:val="453" w:hRule="atLeast"/>
        </w:trPr>
        <w:tc>
          <w:tcPr>
            <w:tcW w:type="dxa" w:w="2154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성명</w:t>
            </w:r>
          </w:p>
        </w:tc>
        <w:tc>
          <w:tcPr>
            <w:tcW w:type="dxa" w:w="6236"/>
          </w:tcPr>
          <w:p/>
        </w:tc>
        <w:tc>
          <w:tcPr>
            <w:tcW w:type="dxa" w:w="1814"/>
            <w:vMerge w:val="restart"/>
          </w:tcPr>
          <w:p>
            <w:pPr>
              <w:jc w:val="center"/>
            </w:pPr>
            <w:r>
              <w:t>사진</w:t>
              <w:br/>
              <w:t>(3×4cm)</w:t>
            </w:r>
          </w:p>
        </w:tc>
      </w:tr>
      <w:tr>
        <w:trPr>
          <w:trHeight w:val="453" w:hRule="atLeast"/>
        </w:trPr>
        <w:tc>
          <w:tcPr>
            <w:tcW w:type="dxa" w:w="2154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생년월일</w:t>
            </w:r>
          </w:p>
        </w:tc>
        <w:tc>
          <w:tcPr>
            <w:tcW w:type="dxa" w:w="6236"/>
          </w:tcPr>
          <w:p/>
        </w:tc>
        <w:tc>
          <w:tcPr>
            <w:tcW w:type="dxa" w:w="3402"/>
            <w:vMerge/>
          </w:tcPr>
          <w:p/>
        </w:tc>
      </w:tr>
      <w:tr>
        <w:trPr>
          <w:trHeight w:val="453" w:hRule="atLeast"/>
        </w:trPr>
        <w:tc>
          <w:tcPr>
            <w:tcW w:type="dxa" w:w="2154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연락처</w:t>
            </w:r>
          </w:p>
        </w:tc>
        <w:tc>
          <w:tcPr>
            <w:tcW w:type="dxa" w:w="6236"/>
          </w:tcPr>
          <w:p/>
        </w:tc>
        <w:tc>
          <w:tcPr>
            <w:tcW w:type="dxa" w:w="3402"/>
            <w:vMerge/>
          </w:tcPr>
          <w:p/>
        </w:tc>
      </w:tr>
      <w:tr>
        <w:trPr>
          <w:trHeight w:val="453" w:hRule="atLeast"/>
        </w:trPr>
        <w:tc>
          <w:tcPr>
            <w:tcW w:type="dxa" w:w="2154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사는 곳(동까지)</w:t>
            </w:r>
          </w:p>
        </w:tc>
        <w:tc>
          <w:tcPr>
            <w:tcW w:type="dxa" w:w="6236"/>
          </w:tcPr>
          <w:p/>
        </w:tc>
        <w:tc>
          <w:tcPr>
            <w:tcW w:type="dxa" w:w="3402"/>
            <w:vMerge/>
          </w:tcPr>
          <w:p/>
        </w:tc>
      </w:tr>
    </w:tbl>
    <w:p>
      <w:pPr>
        <w:spacing w:before="160" w:after="40"/>
      </w:pPr>
      <w:r>
        <w:rPr>
          <w:b/>
        </w:rPr>
        <w:t>근무 희망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</w:tblGrid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근무 가능 요일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근무 가능 시간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근무 가능 기간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시작 가능일</w:t>
            </w:r>
          </w:p>
        </w:tc>
        <w:tc>
          <w:tcPr>
            <w:tcW w:type="dxa" w:w="3402"/>
          </w:tcPr>
          <w:p/>
        </w:tc>
      </w:tr>
    </w:tbl>
    <w:p>
      <w:pPr>
        <w:spacing w:before="160" w:after="40"/>
      </w:pPr>
      <w:r>
        <w:rPr>
          <w:b/>
        </w:rPr>
        <w:t>아르바이트 경력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기간</w:t>
            </w:r>
          </w:p>
        </w:tc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근무한 곳</w:t>
            </w:r>
          </w:p>
        </w:tc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한 일</w:t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spacing w:before="160" w:after="40"/>
      </w:pPr>
      <w:r>
        <w:rPr>
          <w:b/>
        </w:rPr>
        <w:t>자기소개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1984" w:hRule="atLeast"/>
        </w:trPr>
        <w:tc>
          <w:tcPr>
            <w:tcW w:type="dxa" w:w="10205"/>
          </w:tcPr>
          <w:p>
            <w:r>
              <w:rPr>
                <w:color w:val="777777"/>
                <w:sz w:val="18"/>
              </w:rPr>
              <w:t>성실함을 보여줄 경험, 할 수 있는 일, 근무 태도를 3~5문장으로 적는다.</w:t>
            </w:r>
          </w:p>
        </w:tc>
      </w:tr>
    </w:tbl>
    <w:p>
      <w:pPr>
        <w:jc w:val="right"/>
      </w:pPr>
      <w:r>
        <w:t>20    년     월     일</w:t>
      </w:r>
    </w:p>
    <w:p>
      <w:pPr>
        <w:jc w:val="right"/>
      </w:pPr>
      <w:r>
        <w:rPr>
          <w:b/>
        </w:rPr>
        <w:t xml:space="preserve">성명   </w:t>
      </w:r>
      <w:r>
        <w:t>(서명)</w:t>
      </w:r>
    </w:p>
    <w:sectPr w:rsidR="00FC693F" w:rsidRPr="0006063C" w:rsidSect="00034616"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