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퇴 직 증 명 서</w:t>
      </w:r>
    </w:p>
    <w:p>
      <w:pPr>
        <w:spacing w:before="160" w:after="40"/>
      </w:pPr>
      <w:r>
        <w:rPr>
          <w:b/>
        </w:rPr>
        <w:t>인적 사항</w:t>
      </w:r>
    </w:p>
    <w:tbl>
      <w:tblPr>
        <w:tblStyle w:val="TableGrid"/>
        <w:tblW w:type="dxa" w:w="10206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  <w:tblLayout w:type="fixed"/>
        <w:tblLook w:firstColumn="1" w:firstRow="1" w:lastColumn="0" w:lastRow="0" w:noHBand="0" w:noVBand="1" w:val="04A0"/>
      </w:tblPr>
      <w:tblGrid>
        <w:gridCol w:w="2551"/>
        <w:gridCol w:w="7654"/>
      </w:tblGrid>
      <w:tr>
        <w:trPr>
          <w:trHeight w:val="453" w:hRule="atLeast"/>
        </w:trPr>
        <w:tc>
          <w:tcPr>
            <w:tcW w:type="dxa" w:w="255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성명</w:t>
            </w:r>
          </w:p>
        </w:tc>
        <w:tc>
          <w:tcPr>
            <w:tcW w:type="dxa" w:w="7654"/>
          </w:tcPr>
          <w:p/>
        </w:tc>
      </w:tr>
      <w:tr>
        <w:trPr>
          <w:trHeight w:val="453" w:hRule="atLeast"/>
        </w:trPr>
        <w:tc>
          <w:tcPr>
            <w:tcW w:type="dxa" w:w="255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생년월일</w:t>
            </w:r>
          </w:p>
        </w:tc>
        <w:tc>
          <w:tcPr>
            <w:tcW w:type="dxa" w:w="7654"/>
          </w:tcPr>
          <w:p/>
        </w:tc>
      </w:tr>
      <w:tr>
        <w:trPr>
          <w:trHeight w:val="453" w:hRule="atLeast"/>
        </w:trPr>
        <w:tc>
          <w:tcPr>
            <w:tcW w:type="dxa" w:w="255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주소</w:t>
            </w:r>
          </w:p>
        </w:tc>
        <w:tc>
          <w:tcPr>
            <w:tcW w:type="dxa" w:w="7654"/>
          </w:tcPr>
          <w:p/>
        </w:tc>
      </w:tr>
    </w:tbl>
    <w:p>
      <w:pPr>
        <w:spacing w:before="160" w:after="40"/>
      </w:pPr>
      <w:r>
        <w:rPr>
          <w:b/>
        </w:rPr>
        <w:t>재직 사항</w:t>
      </w:r>
    </w:p>
    <w:tbl>
      <w:tblPr>
        <w:tblStyle w:val="TableGrid"/>
        <w:tblW w:type="dxa" w:w="10206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</w:tblGrid>
      <w:tr>
        <w:trPr>
          <w:trHeight w:val="453" w:hRule="atLeast"/>
        </w:trPr>
        <w:tc>
          <w:tcPr>
            <w:tcW w:type="dxa" w:w="170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회사명</w:t>
            </w:r>
          </w:p>
        </w:tc>
        <w:tc>
          <w:tcPr>
            <w:tcW w:type="dxa" w:w="3402"/>
          </w:tcPr>
          <w:p/>
        </w:tc>
        <w:tc>
          <w:tcPr>
            <w:tcW w:type="dxa" w:w="170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소속 부서</w:t>
            </w:r>
          </w:p>
        </w:tc>
        <w:tc>
          <w:tcPr>
            <w:tcW w:type="dxa" w:w="3402"/>
          </w:tcPr>
          <w:p/>
        </w:tc>
      </w:tr>
      <w:tr>
        <w:trPr>
          <w:trHeight w:val="453" w:hRule="atLeast"/>
        </w:trPr>
        <w:tc>
          <w:tcPr>
            <w:tcW w:type="dxa" w:w="170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직위</w:t>
            </w:r>
          </w:p>
        </w:tc>
        <w:tc>
          <w:tcPr>
            <w:tcW w:type="dxa" w:w="3402"/>
          </w:tcPr>
          <w:p/>
        </w:tc>
        <w:tc>
          <w:tcPr>
            <w:tcW w:type="dxa" w:w="170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입사일</w:t>
            </w:r>
          </w:p>
        </w:tc>
        <w:tc>
          <w:tcPr>
            <w:tcW w:type="dxa" w:w="3402"/>
          </w:tcPr>
          <w:p/>
        </w:tc>
      </w:tr>
      <w:tr>
        <w:trPr>
          <w:trHeight w:val="453" w:hRule="atLeast"/>
        </w:trPr>
        <w:tc>
          <w:tcPr>
            <w:tcW w:type="dxa" w:w="170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퇴사일</w:t>
            </w:r>
          </w:p>
        </w:tc>
        <w:tc>
          <w:tcPr>
            <w:tcW w:type="dxa" w:w="3402"/>
          </w:tcPr>
          <w:p/>
        </w:tc>
        <w:tc>
          <w:tcPr>
            <w:tcW w:type="dxa" w:w="170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담당 업무</w:t>
            </w:r>
          </w:p>
        </w:tc>
        <w:tc>
          <w:tcPr>
            <w:tcW w:type="dxa" w:w="3402"/>
          </w:tcPr>
          <w:p/>
        </w:tc>
      </w:tr>
    </w:tbl>
    <w:tbl>
      <w:tblPr>
        <w:tblStyle w:val="TableGrid"/>
        <w:tblW w:type="dxa" w:w="10206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  <w:tblLayout w:type="fixed"/>
        <w:tblLook w:firstColumn="1" w:firstRow="1" w:lastColumn="0" w:lastRow="0" w:noHBand="0" w:noVBand="1" w:val="04A0"/>
      </w:tblPr>
      <w:tblGrid>
        <w:gridCol w:w="2551"/>
        <w:gridCol w:w="7654"/>
      </w:tblGrid>
      <w:tr>
        <w:trPr>
          <w:trHeight w:val="453" w:hRule="atLeast"/>
        </w:trPr>
        <w:tc>
          <w:tcPr>
            <w:tcW w:type="dxa" w:w="255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용도</w:t>
            </w:r>
          </w:p>
        </w:tc>
        <w:tc>
          <w:tcPr>
            <w:tcW w:type="dxa" w:w="7654"/>
          </w:tcPr>
          <w:p/>
        </w:tc>
      </w:tr>
      <w:tr>
        <w:trPr>
          <w:trHeight w:val="453" w:hRule="atLeast"/>
        </w:trPr>
        <w:tc>
          <w:tcPr>
            <w:tcW w:type="dxa" w:w="255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제출처</w:t>
            </w:r>
          </w:p>
        </w:tc>
        <w:tc>
          <w:tcPr>
            <w:tcW w:type="dxa" w:w="7654"/>
          </w:tcPr>
          <w:p/>
        </w:tc>
      </w:tr>
    </w:tbl>
    <w:p>
      <w:pPr>
        <w:spacing w:before="160"/>
      </w:pPr>
      <w:r>
        <w:t>위 사람은 위 기간 동안 당사에 근무하고 퇴직하였음을 증명합니다.</w:t>
      </w:r>
    </w:p>
    <w:p>
      <w:pPr>
        <w:jc w:val="right"/>
      </w:pPr>
      <w:r>
        <w:t>20    년     월     일</w:t>
      </w:r>
    </w:p>
    <w:p>
      <w:pPr>
        <w:jc w:val="right"/>
      </w:pPr>
      <w:r>
        <w:rPr>
          <w:b/>
        </w:rPr>
        <w:t xml:space="preserve">회사명   </w:t>
      </w:r>
      <w:r>
        <w:t xml:space="preserve">                    </w:t>
      </w:r>
    </w:p>
    <w:p>
      <w:pPr>
        <w:jc w:val="right"/>
      </w:pPr>
      <w:r>
        <w:rPr>
          <w:b/>
        </w:rPr>
        <w:t xml:space="preserve">주소   </w:t>
      </w:r>
      <w:r>
        <w:t xml:space="preserve">                    </w:t>
      </w:r>
    </w:p>
    <w:p>
      <w:pPr>
        <w:jc w:val="right"/>
      </w:pPr>
      <w:r>
        <w:rPr>
          <w:b/>
        </w:rPr>
        <w:t xml:space="preserve">대표자   </w:t>
      </w:r>
      <w:r>
        <w:t>(인)</w:t>
      </w:r>
    </w:p>
    <w:p>
      <w:pPr>
        <w:spacing w:before="160"/>
      </w:pPr>
      <w:r>
        <w:rPr>
          <w:color w:val="555555"/>
          <w:sz w:val="18"/>
        </w:rPr>
        <w:t>근로자가 요구한 사항만 적는다(근로기준법 시행령 제19조). 퇴직 사유는 근로자가 요구할 때만 적는다.</w:t>
      </w:r>
    </w:p>
    <w:sectPr w:rsidR="00FC693F" w:rsidRPr="0006063C" w:rsidSect="00034616">
      <w:pgSz w:w="11906" w:h="16838"/>
      <w:pgMar w:top="907" w:right="850" w:bottom="90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