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사 직 서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</w:tblGrid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소속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직위</w:t>
            </w:r>
          </w:p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성명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입사일</w:t>
            </w:r>
          </w:p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퇴직 희망일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</w:tr>
    </w:tbl>
    <w:p>
      <w:pPr>
        <w:spacing w:before="160" w:after="40"/>
      </w:pPr>
      <w:r>
        <w:rPr>
          <w:b/>
        </w:rPr>
        <w:t>사직 사유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1190" w:hRule="atLeast"/>
        </w:trPr>
        <w:tc>
          <w:tcPr>
            <w:tcW w:type="dxa" w:w="10205"/>
          </w:tcPr>
          <w:p>
            <w:r>
              <w:rPr>
                <w:color w:val="777777"/>
                <w:sz w:val="18"/>
              </w:rPr>
              <w:t>개인 사정, 이직, 학업 등 간단히 적는다.</w:t>
            </w:r>
          </w:p>
        </w:tc>
      </w:tr>
    </w:tbl>
    <w:p>
      <w:pPr>
        <w:spacing w:before="160"/>
      </w:pPr>
      <w:r>
        <w:t>위 본인은 위와 같은 사유로 사직하고자 하오니 허락하여 주시기 바랍니다.</w:t>
      </w:r>
    </w:p>
    <w:p>
      <w:pPr>
        <w:jc w:val="right"/>
      </w:pPr>
      <w:r>
        <w:t>20    년     월     일</w:t>
      </w:r>
    </w:p>
    <w:p>
      <w:pPr>
        <w:jc w:val="right"/>
      </w:pPr>
      <w:r>
        <w:rPr>
          <w:b/>
        </w:rPr>
        <w:t xml:space="preserve">성명   </w:t>
      </w:r>
      <w:r>
        <w:t>(서명)</w:t>
      </w:r>
    </w:p>
    <w:p>
      <w:pPr>
        <w:spacing w:before="160"/>
      </w:pPr>
      <w:r>
        <w:t>대표이사 귀하</w:t>
      </w:r>
    </w:p>
    <w:sectPr w:rsidR="00FC693F" w:rsidRPr="0006063C" w:rsidSect="00034616">
      <w:pgSz w:w="11906" w:h="16838"/>
      <w:pgMar w:top="907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