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이 력 서</w:t>
      </w:r>
    </w:p>
    <w:p>
      <w:pPr>
        <w:spacing w:before="160" w:after="40"/>
      </w:pPr>
      <w:r>
        <w:rPr>
          <w:b/>
        </w:rPr>
        <w:t>인적 사항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154"/>
        <w:gridCol w:w="6237"/>
        <w:gridCol w:w="1814"/>
      </w:tblGrid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성명(한글)</w:t>
            </w:r>
          </w:p>
        </w:tc>
        <w:tc>
          <w:tcPr>
            <w:tcW w:type="dxa" w:w="6236"/>
          </w:tcPr>
          <w:p/>
        </w:tc>
        <w:tc>
          <w:tcPr>
            <w:tcW w:type="dxa" w:w="1814"/>
            <w:vMerge w:val="restart"/>
          </w:tcPr>
          <w:p>
            <w:pPr>
              <w:jc w:val="center"/>
            </w:pPr>
            <w:r>
              <w:t>사진</w:t>
              <w:br/>
              <w:t>(3×4cm)</w:t>
            </w:r>
          </w:p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성명(영문)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생년월일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연락처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이메일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  <w:tr>
        <w:trPr>
          <w:trHeight w:val="453" w:hRule="atLeast"/>
        </w:trPr>
        <w:tc>
          <w:tcPr>
            <w:tcW w:type="dxa" w:w="2154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주소</w:t>
            </w:r>
          </w:p>
        </w:tc>
        <w:tc>
          <w:tcPr>
            <w:tcW w:type="dxa" w:w="6236"/>
          </w:tcPr>
          <w:p/>
        </w:tc>
        <w:tc>
          <w:tcPr>
            <w:tcW w:type="dxa" w:w="3402"/>
            <w:vMerge/>
          </w:tcPr>
          <w:p/>
        </w:tc>
      </w:tr>
    </w:tbl>
    <w:p>
      <w:pPr>
        <w:spacing w:before="160" w:after="40"/>
      </w:pPr>
      <w:r>
        <w:rPr>
          <w:b/>
        </w:rPr>
        <w:t>학력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기간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학교명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전공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졸업 구분</w:t>
            </w:r>
          </w:p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160" w:after="40"/>
      </w:pPr>
      <w:r>
        <w:rPr>
          <w:b/>
        </w:rPr>
        <w:t>경력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기간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회사명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부서·직위</w:t>
            </w:r>
          </w:p>
        </w:tc>
        <w:tc>
          <w:tcPr>
            <w:tcW w:type="dxa" w:w="2551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담당 업무</w:t>
            </w:r>
          </w:p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rPr>
          <w:trHeight w:val="453" w:hRule="atLeast"/>
        </w:trP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spacing w:before="160" w:after="40"/>
      </w:pPr>
      <w:r>
        <w:rPr>
          <w:b/>
        </w:rPr>
        <w:t>자격·면허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취득일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자격·면허 이름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발급 기관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어학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시험(언어)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점수·등급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응시일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 w:after="40"/>
      </w:pPr>
      <w:r>
        <w:rPr>
          <w:b/>
        </w:rPr>
        <w:t>교육·활동</w:t>
      </w:r>
    </w:p>
    <w:tbl>
      <w:tblPr>
        <w:tblStyle w:val="TableGrid"/>
        <w:tblW w:type="dxa" w:w="10206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기간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내용</w:t>
            </w:r>
          </w:p>
        </w:tc>
        <w:tc>
          <w:tcPr>
            <w:tcW w:type="dxa" w:w="340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</w:rPr>
              <w:t>기관</w:t>
            </w:r>
          </w:p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  <w:tr>
        <w:trPr>
          <w:trHeight w:val="453" w:hRule="atLeast"/>
        </w:trP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spacing w:before="160"/>
      </w:pPr>
      <w:r>
        <w:t>위에 적은 내용은 사실과 다름이 없습니다.</w:t>
      </w:r>
    </w:p>
    <w:p>
      <w:pPr>
        <w:jc w:val="right"/>
      </w:pPr>
      <w:r>
        <w:t>20    년     월     일</w:t>
      </w:r>
    </w:p>
    <w:p>
      <w:pPr>
        <w:jc w:val="right"/>
      </w:pPr>
      <w:r>
        <w:rPr>
          <w:b/>
        </w:rPr>
        <w:t xml:space="preserve">성명   </w:t>
      </w:r>
      <w:r>
        <w:t>(서명)</w:t>
      </w:r>
    </w:p>
    <w:sectPr w:rsidR="00FC693F" w:rsidRPr="0006063C" w:rsidSect="00034616">
      <w:pgSz w:w="11906" w:h="16838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